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386"/>
        <w:gridCol w:w="4252"/>
      </w:tblGrid>
      <w:tr>
        <w:tc>
          <w:tcPr>
            <w:tcW w:type="dxa" w:w="5386"/>
          </w:tcPr>
          <w:p>
            <w:r>
              <w:rPr>
                <w:b/>
              </w:rPr>
              <w:t>[Jeres logo]</w:t>
              <w:br/>
            </w:r>
            <w:r>
              <w:t>[Jeres firmanavn ApS]</w:t>
              <w:br/>
              <w:t>[Adresse, postnr. og by]</w:t>
              <w:br/>
              <w:t>CVR: [12345678]</w:t>
              <w:br/>
              <w:t>[mail@firma.dk] · [12 34 56 78]</w:t>
            </w:r>
          </w:p>
        </w:tc>
        <w:tc>
          <w:tcPr>
            <w:tcW w:type="dxa" w:w="4252"/>
          </w:tcPr>
          <w:p>
            <w:pPr>
              <w:jc w:val="right"/>
            </w:pPr>
            <w:r>
              <w:rPr>
                <w:b/>
                <w:color w:val="6A3FD8"/>
                <w:sz w:val="44"/>
              </w:rPr>
              <w:t>TILBUD</w:t>
              <w:br/>
            </w:r>
            <w:r>
              <w:t>Tilbudsnummer: [1001]</w:t>
              <w:br/>
              <w:t>Dato: [dd-mm-åååå]</w:t>
              <w:br/>
              <w:t>Gyldigt til: [dd-mm-åååå]</w:t>
            </w:r>
          </w:p>
        </w:tc>
      </w:tr>
    </w:tbl>
    <w:p>
      <w:pPr>
        <w:spacing w:after="120"/>
      </w:pPr>
      <w:r>
        <w:rPr>
          <w:b w:val="0"/>
          <w:i w:val="0"/>
        </w:rPr>
      </w:r>
    </w:p>
    <w:p>
      <w:pPr>
        <w:spacing w:after="0"/>
      </w:pPr>
      <w:r>
        <w:rPr>
          <w:b/>
          <w:i w:val="0"/>
          <w:color w:val="67748E"/>
        </w:rPr>
        <w:t>Til</w:t>
      </w:r>
    </w:p>
    <w:p>
      <w:pPr>
        <w:spacing w:after="200"/>
      </w:pPr>
      <w:r>
        <w:rPr>
          <w:b w:val="0"/>
          <w:i w:val="0"/>
        </w:rPr>
        <w:t>[Kundens navn]</w:t>
        <w:br/>
        <w:t>[Att.: kontaktperson]</w:t>
        <w:br/>
        <w:t>[Adresse, postnr. og by]</w:t>
        <w:br/>
        <w:t>[kunde@mail.dk]</w:t>
      </w:r>
    </w:p>
    <w:p>
      <w:pPr>
        <w:spacing w:after="80"/>
      </w:pPr>
      <w:r>
        <w:rPr>
          <w:b/>
          <w:i w:val="0"/>
          <w:sz w:val="30"/>
        </w:rPr>
        <w:t>[Tilbuddets titel - fx Ny terrasse i hævet niveau, 42 m²]</w:t>
      </w:r>
    </w:p>
    <w:p>
      <w:pPr>
        <w:spacing w:after="200"/>
      </w:pPr>
      <w:r>
        <w:rPr>
          <w:b w:val="0"/>
          <w:i w:val="0"/>
          <w:color w:val="67748E"/>
        </w:rPr>
        <w:t>Tak for en god snak og for muligheden for at give tilbud på opgaven. Herunder kan du se, hvad vi har aftalt, og hvad det koster.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309"/>
        <w:gridCol w:w="1020"/>
        <w:gridCol w:w="1020"/>
        <w:gridCol w:w="1587"/>
        <w:gridCol w:w="1701"/>
      </w:tblGrid>
      <w:tr>
        <w:tc>
          <w:tcPr>
            <w:tcW w:type="dxa" w:w="4309"/>
            <w:shd w:val="clear" w:color="auto" w:fill="6A3FD8"/>
          </w:tcPr>
          <w:p>
            <w:r/>
            <w:r>
              <w:rPr>
                <w:b/>
                <w:color w:val="FFFFFF"/>
              </w:rPr>
              <w:t>Beskrivelse</w:t>
            </w:r>
          </w:p>
        </w:tc>
        <w:tc>
          <w:tcPr>
            <w:tcW w:type="dxa" w:w="1020"/>
            <w:shd w:val="clear" w:color="auto" w:fill="6A3F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Antal</w:t>
            </w:r>
          </w:p>
        </w:tc>
        <w:tc>
          <w:tcPr>
            <w:tcW w:type="dxa" w:w="1020"/>
            <w:shd w:val="clear" w:color="auto" w:fill="6A3F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Enhed</w:t>
            </w:r>
          </w:p>
        </w:tc>
        <w:tc>
          <w:tcPr>
            <w:tcW w:type="dxa" w:w="1587"/>
            <w:shd w:val="clear" w:color="auto" w:fill="6A3F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Pris pr. enhed</w:t>
            </w:r>
          </w:p>
        </w:tc>
        <w:tc>
          <w:tcPr>
            <w:tcW w:type="dxa" w:w="1701"/>
            <w:shd w:val="clear" w:color="auto" w:fill="6A3F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Beløb</w:t>
            </w:r>
          </w:p>
        </w:tc>
      </w:tr>
      <w:tr>
        <w:tc>
          <w:tcPr>
            <w:tcW w:type="dxa" w:w="4309"/>
          </w:tcPr>
          <w:p>
            <w:r>
              <w:t>Terrassebrædder, trykimprægneret 28x120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42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m²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t>425,00 kr.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17.850,00 kr.</w:t>
            </w:r>
          </w:p>
        </w:tc>
      </w:tr>
      <w:tr>
        <w:tc>
          <w:tcPr>
            <w:tcW w:type="dxa" w:w="4309"/>
          </w:tcPr>
          <w:p>
            <w:r>
              <w:t>Montering af terrasse inkl. strøer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42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m²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t>690,00 kr.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28.980,00 kr.</w:t>
            </w:r>
          </w:p>
        </w:tc>
      </w:tr>
      <w:tr>
        <w:tc>
          <w:tcPr>
            <w:tcW w:type="dxa" w:w="4309"/>
          </w:tcPr>
          <w:p>
            <w:r>
              <w:t>Container 10 m³ inkl. bortskaffelse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stk.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t>3.250,00 kr.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3.250,00 kr.</w:t>
            </w:r>
          </w:p>
        </w:tc>
      </w:tr>
      <w:tr>
        <w:tc>
          <w:tcPr>
            <w:tcW w:type="dxa" w:w="4309"/>
          </w:tcPr>
          <w:p>
            <w:r>
              <w:t>Kørsel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3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dage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t>395,00 kr.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1.185,00 kr.</w:t>
            </w:r>
          </w:p>
        </w:tc>
      </w:tr>
      <w:tr>
        <w:tc>
          <w:tcPr>
            <w:tcW w:type="dxa" w:w="4309"/>
          </w:tcPr>
          <w:p>
            <w:r>
              <w:t>[Beskrivelse]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</w:p>
        </w:tc>
        <w:tc>
          <w:tcPr>
            <w:tcW w:type="dxa" w:w="1020"/>
          </w:tcPr>
          <w:p>
            <w:pPr>
              <w:jc w:val="right"/>
            </w:pPr>
            <w:r/>
          </w:p>
        </w:tc>
        <w:tc>
          <w:tcPr>
            <w:tcW w:type="dxa" w:w="1587"/>
          </w:tcPr>
          <w:p>
            <w:pPr>
              <w:jc w:val="right"/>
            </w:pPr>
            <w:r/>
          </w:p>
        </w:tc>
        <w:tc>
          <w:tcPr>
            <w:tcW w:type="dxa" w:w="1701"/>
          </w:tcPr>
          <w:p>
            <w:pPr>
              <w:jc w:val="right"/>
            </w:pPr>
            <w:r/>
          </w:p>
        </w:tc>
      </w:tr>
      <w:tr>
        <w:tc>
          <w:tcPr>
            <w:tcW w:type="dxa" w:w="4309"/>
          </w:tcPr>
          <w:p>
            <w:r>
              <w:t>[Beskrivelse]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</w:p>
        </w:tc>
        <w:tc>
          <w:tcPr>
            <w:tcW w:type="dxa" w:w="1020"/>
          </w:tcPr>
          <w:p>
            <w:pPr>
              <w:jc w:val="right"/>
            </w:pPr>
            <w:r/>
          </w:p>
        </w:tc>
        <w:tc>
          <w:tcPr>
            <w:tcW w:type="dxa" w:w="1587"/>
          </w:tcPr>
          <w:p>
            <w:pPr>
              <w:jc w:val="right"/>
            </w:pPr>
            <w:r/>
          </w:p>
        </w:tc>
        <w:tc>
          <w:tcPr>
            <w:tcW w:type="dxa" w:w="1701"/>
          </w:tcPr>
          <w:p>
            <w:pPr>
              <w:jc w:val="right"/>
            </w:pPr>
            <w:r/>
          </w:p>
        </w:tc>
      </w:tr>
    </w:tbl>
    <w:p>
      <w:pPr>
        <w:spacing w:after="40"/>
      </w:pPr>
      <w:r>
        <w:rPr>
          <w:b w:val="0"/>
          <w:i w:val="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535"/>
        <w:gridCol w:w="2835"/>
        <w:gridCol w:w="2268"/>
      </w:tblGrid>
      <w:tr>
        <w:tc>
          <w:tcPr>
            <w:tcW w:type="dxa" w:w="4535"/>
          </w:tcPr>
          <w:p/>
        </w:tc>
        <w:tc>
          <w:tcPr>
            <w:tcW w:type="dxa" w:w="2835"/>
          </w:tcPr>
          <w:p>
            <w:pPr>
              <w:jc w:val="right"/>
            </w:pPr>
            <w:r>
              <w:t>Subtotal ekskl. moms</w:t>
            </w:r>
          </w:p>
        </w:tc>
        <w:tc>
          <w:tcPr>
            <w:tcW w:type="dxa" w:w="2268"/>
          </w:tcPr>
          <w:p>
            <w:pPr>
              <w:jc w:val="right"/>
            </w:pPr>
            <w:r>
              <w:t>51.265,00 kr.</w:t>
            </w:r>
          </w:p>
        </w:tc>
      </w:tr>
      <w:tr>
        <w:tc>
          <w:tcPr>
            <w:tcW w:type="dxa" w:w="4535"/>
          </w:tcPr>
          <w:p/>
        </w:tc>
        <w:tc>
          <w:tcPr>
            <w:tcW w:type="dxa" w:w="2835"/>
          </w:tcPr>
          <w:p>
            <w:pPr>
              <w:jc w:val="right"/>
            </w:pPr>
            <w:r>
              <w:t>Rabat</w:t>
            </w:r>
          </w:p>
        </w:tc>
        <w:tc>
          <w:tcPr>
            <w:tcW w:type="dxa" w:w="2268"/>
          </w:tcPr>
          <w:p>
            <w:pPr>
              <w:jc w:val="right"/>
            </w:pPr>
            <w:r>
              <w:t>0,00 kr.</w:t>
            </w:r>
          </w:p>
        </w:tc>
      </w:tr>
      <w:tr>
        <w:tc>
          <w:tcPr>
            <w:tcW w:type="dxa" w:w="4535"/>
          </w:tcPr>
          <w:p/>
        </w:tc>
        <w:tc>
          <w:tcPr>
            <w:tcW w:type="dxa" w:w="2835"/>
          </w:tcPr>
          <w:p>
            <w:pPr>
              <w:jc w:val="right"/>
            </w:pPr>
            <w:r>
              <w:t>Moms 25 %</w:t>
            </w:r>
          </w:p>
        </w:tc>
        <w:tc>
          <w:tcPr>
            <w:tcW w:type="dxa" w:w="2268"/>
          </w:tcPr>
          <w:p>
            <w:pPr>
              <w:jc w:val="right"/>
            </w:pPr>
            <w:r>
              <w:t>12.816,25 kr.</w:t>
            </w:r>
          </w:p>
        </w:tc>
      </w:tr>
      <w:tr>
        <w:tc>
          <w:tcPr>
            <w:tcW w:type="dxa" w:w="4535"/>
          </w:tcPr>
          <w:p/>
        </w:tc>
        <w:tc>
          <w:tcPr>
            <w:tcW w:type="dxa" w:w="2835"/>
          </w:tcPr>
          <w:p>
            <w:pPr>
              <w:jc w:val="right"/>
            </w:pPr>
            <w:r>
              <w:rPr>
                <w:b/>
                <w:color w:val="6A3FD8"/>
                <w:sz w:val="26"/>
              </w:rPr>
              <w:t>I alt inkl. moms</w:t>
            </w:r>
          </w:p>
        </w:tc>
        <w:tc>
          <w:tcPr>
            <w:tcW w:type="dxa" w:w="2268"/>
          </w:tcPr>
          <w:p>
            <w:pPr>
              <w:jc w:val="right"/>
            </w:pPr>
            <w:r>
              <w:rPr>
                <w:b/>
                <w:color w:val="6A3FD8"/>
                <w:sz w:val="26"/>
              </w:rPr>
              <w:t>64.081,25 kr.</w:t>
            </w:r>
          </w:p>
        </w:tc>
      </w:tr>
    </w:tbl>
    <w:p>
      <w:pPr>
        <w:spacing w:after="120"/>
      </w:pPr>
      <w:r>
        <w:rPr>
          <w:b w:val="0"/>
          <w:i w:val="0"/>
        </w:rPr>
      </w:r>
    </w:p>
    <w:p>
      <w:pPr>
        <w:spacing w:after="40"/>
      </w:pPr>
      <w:r>
        <w:rPr>
          <w:b/>
          <w:i w:val="0"/>
        </w:rPr>
        <w:t>Betingelser</w:t>
      </w:r>
    </w:p>
    <w:p>
      <w:pPr>
        <w:pStyle w:val="ListBullet"/>
        <w:spacing w:after="20"/>
      </w:pPr>
      <w:r>
        <w:t>Tilbuddet er gældende i 30 dage fra datoen ovenfor.</w:t>
      </w:r>
    </w:p>
    <w:p>
      <w:pPr>
        <w:pStyle w:val="ListBullet"/>
        <w:spacing w:after="20"/>
      </w:pPr>
      <w:r>
        <w:t>Priserne er inkl. materialer, medmindre andet er angivet.</w:t>
      </w:r>
    </w:p>
    <w:p>
      <w:pPr>
        <w:pStyle w:val="ListBullet"/>
        <w:spacing w:after="20"/>
      </w:pPr>
      <w:r>
        <w:t>Betaling: [fx 30 % ved opstart, resten ved aflevering], netto 8 dage.</w:t>
      </w:r>
    </w:p>
    <w:p>
      <w:pPr>
        <w:pStyle w:val="ListBullet"/>
        <w:spacing w:after="20"/>
      </w:pPr>
      <w:r>
        <w:t>Uforudsete forhold aftales og afregnes særskilt.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240"/>
      </w:pPr>
      <w:r>
        <w:rPr>
          <w:b w:val="0"/>
          <w:i w:val="0"/>
        </w:rPr>
        <w:t>Vi glæder os til at komme i gang. Har du spørgsmål til tilbuddet, er du velkommen til at kontakte os.</w:t>
        <w:br/>
        <w:br/>
        <w:t>Med venlig hilsen</w:t>
        <w:br/>
        <w:t>[Navn]</w:t>
        <w:br/>
        <w:t>[Jeres firmanavn ApS]</w:t>
      </w:r>
    </w:p>
    <w:p>
      <w:pPr>
        <w:spacing w:after="40"/>
      </w:pPr>
      <w:r>
        <w:rPr>
          <w:b/>
          <w:i w:val="0"/>
        </w:rPr>
        <w:t>Accept af tilbuddet</w:t>
      </w:r>
    </w:p>
    <w:p>
      <w:pPr>
        <w:spacing w:after="320"/>
      </w:pPr>
      <w:r>
        <w:rPr>
          <w:b w:val="0"/>
          <w:i w:val="0"/>
          <w:color w:val="67748E"/>
        </w:rPr>
        <w:t>Jeg accepterer tilbuddet og betingelserne ovenfor.</w:t>
      </w:r>
    </w:p>
    <w:p>
      <w:pPr>
        <w:spacing w:after="400"/>
      </w:pPr>
      <w:r>
        <w:rPr>
          <w:b w:val="0"/>
          <w:i w:val="0"/>
          <w:color w:val="67748E"/>
        </w:rPr>
        <w:t>Dato: ____________________        Underskrift: ______________________________</w:t>
      </w:r>
    </w:p>
    <w:p>
      <w:pPr>
        <w:spacing w:after="80"/>
      </w:pPr>
      <w:r>
        <w:rPr>
          <w:b w:val="0"/>
          <w:i/>
          <w:color w:val="67748E"/>
          <w:sz w:val="16"/>
        </w:rPr>
        <w:t>Lavet med den gratis tilbudsskabelon fra budmester.dk - send tilbud med kundeportal og digital accept.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4476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Tilbudsskabelon</dc:title>
  <dc:subject/>
  <dc:creator>Budmester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